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“УТВЕРЖДАЮ”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Главный врач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ООО «Профистиль»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Добровольская Э.Ю.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___________2026</w:t>
      </w:r>
    </w:p>
    <w:p>
      <w:pPr>
        <w:spacing w:before="0" w:after="120"/>
      </w:pPr>
      <w:r>
        <w:rPr>
          <w:rFonts w:ascii="Times New Roman" w:hAnsi="Times New Roman"/>
          <w:b w:val="0"/>
          <w:sz w:val="24"/>
        </w:rPr>
      </w:r>
    </w:p>
    <w:p>
      <w:pPr>
        <w:spacing w:before="0" w:after="200"/>
        <w:jc w:val="center"/>
      </w:pPr>
      <w:r>
        <w:rPr>
          <w:rFonts w:ascii="Times New Roman" w:hAnsi="Times New Roman"/>
          <w:b/>
          <w:sz w:val="26"/>
        </w:rPr>
        <w:t>Адреса и телефоны вышестоящих организаций и органов, осуществляющих контроль и надзор в сфере охраны здоровья</w:t>
      </w:r>
    </w:p>
    <w:p>
      <w:pPr>
        <w:spacing w:before="200" w:after="40"/>
      </w:pPr>
      <w:r>
        <w:rPr>
          <w:rFonts w:ascii="Times New Roman" w:hAnsi="Times New Roman"/>
          <w:b/>
          <w:sz w:val="24"/>
        </w:rPr>
        <w:t>Министерство здравоохранения Московской области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Адрес: 143407, Московская область, г. Красногорск, бульвар Строителей, д. 1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Телефон: +7 (498) 602-03-01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Горячая линия: 8 (498) 602-04-20, понедельник - четверг с 9:00 до 18:00, пятница с 9:00 до 16:45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Электронная почта для служебной корреспонденции: minzdrav@mosreg.ru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Обращения граждан в электронном виде принимаются через форму обратной связи на сайте: mz.mosreg.ru/feedback</w:t>
      </w:r>
    </w:p>
    <w:p>
      <w:pPr>
        <w:spacing w:before="200" w:after="40"/>
      </w:pPr>
      <w:r>
        <w:rPr>
          <w:rFonts w:ascii="Times New Roman" w:hAnsi="Times New Roman"/>
          <w:b/>
          <w:sz w:val="24"/>
        </w:rPr>
        <w:t>Территориальный орган Федеральной службы по надзору в сфере здравоохранения по г. Москве и Московской области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Адрес: 127206, г. Москва, ул. Вучетича, д. 12А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Телефон справочной службы: +7 (495) 611-47-74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Электронная почта: office@reg77.roszdravnadzor.ru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Горячая линия Росздравнадзора по соблюдению прав граждан в сфере охраны здоровья: 8 800 500 18 35</w:t>
      </w:r>
    </w:p>
    <w:p>
      <w:pPr>
        <w:spacing w:before="200" w:after="40"/>
      </w:pPr>
      <w:r>
        <w:rPr>
          <w:rFonts w:ascii="Times New Roman" w:hAnsi="Times New Roman"/>
          <w:b/>
          <w:sz w:val="24"/>
        </w:rPr>
        <w:t>Управление Федеральной службы по надзору в сфере защиты прав потребителей и благополучия человека по Московской области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Адрес: 141014, Московская область, г. Мытищи, ул. Семашко, д. 2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Единый консультационный центр: 8 800 555 49 43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Информационная линия Управления: 8 800 100 50 14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Консультационный центр: +7 (495) 582-93-03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Электронная почта: org@50.rospotrebnadzor.ru</w:t>
      </w:r>
    </w:p>
    <w:p>
      <w:pPr>
        <w:spacing w:before="200" w:after="40"/>
      </w:pPr>
      <w:r>
        <w:rPr>
          <w:rFonts w:ascii="Times New Roman" w:hAnsi="Times New Roman"/>
          <w:b/>
          <w:sz w:val="24"/>
        </w:rPr>
        <w:t>Подольский территориальный отдел Управления Роспотребнадзора по Московской области (обслуживает Ленинский городской округ)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Адрес: 142119, Московская область, г. Подольск, Октябрьский пр-т, д. 4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Телефон: +7 (496) 769-92-69, факс: +7 (496) 764-62-81</w:t>
      </w:r>
    </w:p>
    <w:p>
      <w:pPr>
        <w:spacing w:before="200" w:after="40"/>
      </w:pPr>
      <w:r>
        <w:rPr>
          <w:rFonts w:ascii="Times New Roman" w:hAnsi="Times New Roman"/>
          <w:b/>
          <w:sz w:val="24"/>
        </w:rPr>
        <w:t>Министерство здравоохранения Российской Федерации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Адрес: 127994, ГСП-4, г. Москва, Рахмановский пер., д. 3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Телефон справочной службы: +7 (495) 628-44-53, +7 (495) 627-29-44</w:t>
      </w:r>
    </w:p>
    <w:p>
      <w:pPr>
        <w:spacing w:before="0" w:after="0"/>
      </w:pPr>
      <w:r>
        <w:rPr>
          <w:rFonts w:ascii="Times New Roman" w:hAnsi="Times New Roman"/>
          <w:b w:val="0"/>
          <w:sz w:val="24"/>
        </w:rPr>
        <w:t>Многоканальный телефон: +7 (495) 627-24-00</w:t>
      </w:r>
    </w:p>
    <w:p>
      <w:pPr>
        <w:spacing w:before="280" w:after="0"/>
      </w:pPr>
      <w:r>
        <w:rPr>
          <w:rFonts w:ascii="Times New Roman" w:hAnsi="Times New Roman"/>
          <w:b w:val="0"/>
          <w:sz w:val="22"/>
        </w:rPr>
        <w:t>Сведения приведены по состоянию на 17 сентября 2026 года.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